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Norwegian media giants unite to challenge FINN.no's classifieds dominance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Three of Norway’s biggest media groups have moved to create a joint venture aimed at digital classifieds, in a sign that established publishers are still looking for a stronger position in a market dominated by FINN.no.</w:t>
      </w:r>
      <w:r/>
    </w:p>
    <w:p>
      <w:r/>
      <w:r>
        <w:t>Schibsted, Polaris and Amedia have set up a new company, with each taking a one-third stake. The venture has already been registered with the Norwegian Competition Authority, suggesting the partners are pressing ahead with plans to build a shared classifieds operation.</w:t>
      </w:r>
      <w:r/>
    </w:p>
    <w:p>
      <w:r/>
      <w:r>
        <w:t>Schibsted’s relationship with the classifieds business has shifted sharply in recent years. After separating its news media operations from Schibsted Marketplaces in 2024, the marketplace arm was rebranded as Vend in 2025. Schibsted Media, now once again using the Schibsted name, is wholly owned by the Tinius Trust and still holds a 20.5% stake in Vend.</w:t>
      </w:r>
      <w:r/>
    </w:p>
    <w:p>
      <w:r/>
      <w:r>
        <w:t>That background makes the new venture look like a carefully judged return to a space the company had only recently stepped away from. Rather than a full-scale comeback through its own marketplace arm, Schibsted is now partnering with other Norwegian media groups to challenge the country’s leading general classifieds platform.</w:t>
      </w:r>
      <w:r/>
    </w:p>
    <w:p>
      <w:r/>
      <w:r>
        <w:t>FINN.no remains the clearest target. The site is widely seen as Norway’s dominant classifieds marketplace, and the new company appears designed to give local publishers a better collective chance of competing with it in digital advertising and marketplace listings.</w:t>
      </w:r>
      <w:r/>
    </w:p>
    <w:p>
      <w:r/>
      <w:r>
        <w:t xml:space="preserve">Source: </w:t>
      </w:r>
      <w:hyperlink r:id="rId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https://www.onlinemarketplaces.com/articles/norwegian-media-groups-including-schibsted-form-joint-venture-to-tackle-vend/</w:t>
        </w:r>
      </w:hyperlink>
      <w:r>
        <w:t xml:space="preserve"> - Please view link - unable to able to access data</w:t>
      </w:r>
      <w:r/>
    </w:p>
    <w:p>
      <w:pPr>
        <w:pStyle w:val="ListNumber"/>
        <w:spacing w:line="240" w:lineRule="auto"/>
        <w:ind w:left="720"/>
      </w:pPr>
      <w:r/>
      <w:hyperlink r:id="rId10">
        <w:r>
          <w:rPr>
            <w:color w:val="0000EE"/>
            <w:u w:val="single"/>
          </w:rPr>
          <w:t>https://www.onlinemarketplaces.com/articles/norwegian-media-groups-including-schibsted-form-joint-venture-to-tackle-vend/</w:t>
        </w:r>
      </w:hyperlink>
      <w:r>
        <w:t xml:space="preserve"> - Three major Norwegian media groups—Schibsted Media, Polaris, and Amedia—have formed a joint venture to focus on digital classifieds in Norway. Each group will own one-third of the new company, which has been registered with the Norwegian Competition Authority. Schibsted Media, wholly owned by the Tinius Trust, also holds a 20.5% stake in Vend, the rebranded Schibsted Marketplaces. This merger aims to challenge the dominant classifieds platform, FINN.no, in Norway.</w:t>
      </w:r>
      <w:r/>
    </w:p>
    <w:p>
      <w:pPr>
        <w:pStyle w:val="ListNumber"/>
        <w:spacing w:line="240" w:lineRule="auto"/>
        <w:ind w:left="720"/>
      </w:pPr>
      <w:r/>
      <w:hyperlink r:id="rId11">
        <w:r>
          <w:rPr>
            <w:color w:val="0000EE"/>
            <w:u w:val="single"/>
          </w:rPr>
          <w:t>https://www.onlinemarketplaces.com/articles/schibsted-marketplaces-rebrands-as-vend/</w:t>
        </w:r>
      </w:hyperlink>
      <w:r>
        <w:t xml:space="preserve"> - Schibsted Marketplaces, the owner-operator of several Nordic classifieds platforms, has rebranded as Vend. The new brand identity reflects the company's evolution into a leading digital marketplace, aiming to help users make smarter choices and spend their time wisely. Vend encompasses platforms like Blocket (Sweden), FINN (Norway), Tori and Oikotie (Finland), and DBA and Bilbasen (Denmark). (</w:t>
      </w:r>
      <w:hyperlink r:id="rId12">
        <w:r>
          <w:rPr>
            <w:color w:val="0000EE"/>
            <w:u w:val="single"/>
          </w:rPr>
          <w:t>onlinemarketplaces.com</w:t>
        </w:r>
      </w:hyperlink>
      <w:r>
        <w:t>)</w:t>
      </w:r>
      <w:r/>
    </w:p>
    <w:p>
      <w:pPr>
        <w:pStyle w:val="ListNumber"/>
        <w:spacing w:line="240" w:lineRule="auto"/>
        <w:ind w:left="720"/>
      </w:pPr>
      <w:r/>
      <w:hyperlink r:id="rId13">
        <w:r>
          <w:rPr>
            <w:color w:val="0000EE"/>
            <w:u w:val="single"/>
          </w:rPr>
          <w:t>https://schibsted.com/news/schibsted-media-becomes-schibsted-again/</w:t>
        </w:r>
      </w:hyperlink>
      <w:r>
        <w:t xml:space="preserve"> - Schibsted Media has reverted to its original name, Schibsted, following the separation from Schibsted Marketplaces in 2024. The rebranding aims to strengthen the association with media and journalism, reflecting the company's focus on delivering independent journalism that strengthens democracy. The marketplace business rebranded as Vend in 2025. (</w:t>
      </w:r>
      <w:hyperlink r:id="rId14">
        <w:r>
          <w:rPr>
            <w:color w:val="0000EE"/>
            <w:u w:val="single"/>
          </w:rPr>
          <w:t>schibsted.com</w:t>
        </w:r>
      </w:hyperlink>
      <w:r>
        <w:t>)</w:t>
      </w:r>
      <w:r/>
    </w:p>
    <w:p>
      <w:pPr>
        <w:pStyle w:val="ListNumber"/>
        <w:spacing w:line="240" w:lineRule="auto"/>
        <w:ind w:left="720"/>
      </w:pPr>
      <w:r/>
      <w:hyperlink r:id="rId15">
        <w:r>
          <w:rPr>
            <w:color w:val="0000EE"/>
            <w:u w:val="single"/>
          </w:rPr>
          <w:t>https://schibsted.com/news/schibsted-initiates-process-to-sell-its-news-media-operations-to-the-tinius-trust/</w:t>
        </w:r>
      </w:hyperlink>
      <w:r>
        <w:t xml:space="preserve"> - Schibsted ASA has initiated the process to sell its news media operations to the Tinius Trust, its largest shareholder. The transaction will result in two focused companies: a media company fully owned by the Tinius Trust and a publicly listed marketplaces company. (</w:t>
      </w:r>
      <w:hyperlink r:id="rId16">
        <w:r>
          <w:rPr>
            <w:color w:val="0000EE"/>
            <w:u w:val="single"/>
          </w:rPr>
          <w:t>schibsted.com</w:t>
        </w:r>
      </w:hyperlink>
      <w:r>
        <w:t>)</w:t>
      </w:r>
      <w:r/>
    </w:p>
    <w:p>
      <w:pPr>
        <w:pStyle w:val="ListNumber"/>
        <w:spacing w:line="240" w:lineRule="auto"/>
        <w:ind w:left="720"/>
      </w:pPr>
      <w:r/>
      <w:hyperlink r:id="rId17">
        <w:r>
          <w:rPr>
            <w:color w:val="0000EE"/>
            <w:u w:val="single"/>
          </w:rPr>
          <w:t>https://www.kom24.no/amedia-annonsering-polaris/gar-sammen-om-annonseforetak/945257</w:t>
        </w:r>
      </w:hyperlink>
      <w:r>
        <w:t xml:space="preserve"> - Schibsted, Polaris, and Amedia have established a joint company for digital classified advertising. Each media group will own one-third of the new company, which has been registered with the Norwegian Competition Authority. (</w:t>
      </w:r>
      <w:hyperlink r:id="rId18">
        <w:r>
          <w:rPr>
            <w:color w:val="0000EE"/>
            <w:u w:val="single"/>
          </w:rPr>
          <w:t>kom24.no</w:t>
        </w:r>
      </w:hyperlink>
      <w:r>
        <w:t>)</w:t>
      </w:r>
      <w:r/>
    </w:p>
    <w:p>
      <w:pPr>
        <w:pStyle w:val="ListNumber"/>
        <w:spacing w:line="240" w:lineRule="auto"/>
        <w:ind w:left="720"/>
      </w:pPr>
      <w:r/>
      <w:hyperlink r:id="rId19">
        <w:r>
          <w:rPr>
            <w:color w:val="0000EE"/>
            <w:u w:val="single"/>
          </w:rPr>
          <w:t>https://snl.no/Polaris_Media</w:t>
        </w:r>
      </w:hyperlink>
      <w:r>
        <w:t xml:space="preserve"> - Polaris Media is a Norwegian media company that owns several regional newspapers and digital platforms. It has been involved in various collaborations and acquisitions, including the purchase of Fædrelandsvennen and other local newspapers from Schibsted. (</w:t>
      </w:r>
      <w:hyperlink r:id="rId20">
        <w:r>
          <w:rPr>
            <w:color w:val="0000EE"/>
            <w:u w:val="single"/>
          </w:rPr>
          <w:t>snl.no</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ahwire.com" TargetMode="External"/><Relationship Id="rId10" Type="http://schemas.openxmlformats.org/officeDocument/2006/relationships/hyperlink" Target="https://www.onlinemarketplaces.com/articles/norwegian-media-groups-including-schibsted-form-joint-venture-to-tackle-vend/" TargetMode="External"/><Relationship Id="rId11" Type="http://schemas.openxmlformats.org/officeDocument/2006/relationships/hyperlink" Target="https://www.onlinemarketplaces.com/articles/schibsted-marketplaces-rebrands-as-vend/" TargetMode="External"/><Relationship Id="rId12" Type="http://schemas.openxmlformats.org/officeDocument/2006/relationships/hyperlink" Target="https://www.onlinemarketplaces.com/articles/schibsted-marketplaces-rebrands-as-vend/?utm_source=openai" TargetMode="External"/><Relationship Id="rId13" Type="http://schemas.openxmlformats.org/officeDocument/2006/relationships/hyperlink" Target="https://schibsted.com/news/schibsted-media-becomes-schibsted-again/" TargetMode="External"/><Relationship Id="rId14" Type="http://schemas.openxmlformats.org/officeDocument/2006/relationships/hyperlink" Target="https://schibsted.com/news/schibsted-media-becomes-schibsted-again/?utm_source=openai" TargetMode="External"/><Relationship Id="rId15" Type="http://schemas.openxmlformats.org/officeDocument/2006/relationships/hyperlink" Target="https://schibsted.com/news/schibsted-initiates-process-to-sell-its-news-media-operations-to-the-tinius-trust/" TargetMode="External"/><Relationship Id="rId16" Type="http://schemas.openxmlformats.org/officeDocument/2006/relationships/hyperlink" Target="https://schibsted.com/news/schibsted-initiates-process-to-sell-its-news-media-operations-to-the-tinius-trust/?utm_source=openai" TargetMode="External"/><Relationship Id="rId17" Type="http://schemas.openxmlformats.org/officeDocument/2006/relationships/hyperlink" Target="https://www.kom24.no/amedia-annonsering-polaris/gar-sammen-om-annonseforetak/945257" TargetMode="External"/><Relationship Id="rId18" Type="http://schemas.openxmlformats.org/officeDocument/2006/relationships/hyperlink" Target="https://www.kom24.no/amedia-annonsering-polaris/gar-sammen-om-annonseforetak/945257?utm_source=openai" TargetMode="External"/><Relationship Id="rId19" Type="http://schemas.openxmlformats.org/officeDocument/2006/relationships/hyperlink" Target="https://snl.no/Polaris_Media" TargetMode="External"/><Relationship Id="rId20" Type="http://schemas.openxmlformats.org/officeDocument/2006/relationships/hyperlink" Target="https://snl.no/Polaris_Media?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